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AVINI HEALTHCARE ACADEMY</w:t>
      </w:r>
    </w:p>
    <w:p>
      <w:pPr>
        <w:pStyle w:val="Heading1"/>
      </w:pPr>
      <w:r>
        <w:t>STUDENT DECLARATION FORM</w:t>
      </w:r>
    </w:p>
    <w:p>
      <w:r>
        <w:br/>
        <w:t>Student Name: ______________________________</w:t>
      </w:r>
    </w:p>
    <w:p>
      <w:r>
        <w:t>Course: ______________________________</w:t>
      </w:r>
    </w:p>
    <w:p>
      <w:r>
        <w:t>Academic Year: ______________________________</w:t>
        <w:br/>
      </w:r>
    </w:p>
    <w:p>
      <w:r>
        <w:t>DECLARATION:</w:t>
        <w:br/>
      </w:r>
    </w:p>
    <w:p>
      <w:r>
        <w:br/>
        <w:t>I hereby declare that I have voluntarily applied for admission to Avini Healthcare Academy.</w:t>
        <w:br/>
        <w:t>I confirm that all the information provided by me is true and correct.</w:t>
        <w:br/>
        <w:br/>
        <w:t>I agree to abide by all the rules and regulations of the institution, including attendance,</w:t>
        <w:br/>
        <w:t>discipline, fee payment, and academic requirements.</w:t>
        <w:br/>
        <w:br/>
        <w:t>I understand that any false information or misconduct may lead to cancellation of my admission.</w:t>
        <w:br/>
        <w:br/>
        <w:t>I also agree that the institution has the right to make changes in the course structure,</w:t>
        <w:br/>
        <w:t>schedule, and policies when required.</w:t>
        <w:br/>
        <w:br/>
        <w:t>I take full responsibility for my conduct during the course period.</w:t>
        <w:br/>
      </w:r>
    </w:p>
    <w:p>
      <w:r>
        <w:br/>
        <w:t>Student Signature: __________________________</w:t>
      </w:r>
    </w:p>
    <w:p>
      <w:r>
        <w:t>Parent/Guardian Signature: __________________________</w:t>
      </w:r>
    </w:p>
    <w:p>
      <w:r>
        <w:t>Date: ____ / ____ / 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